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VOLUNTEER ASSIGNMENT WORKSHEET</w:t>
      </w:r>
    </w:p>
    <w:p>
      <w:pPr>
        <w:spacing w:after="120"/>
      </w:pPr>
      <w:r>
        <w:rPr>
          <w:b w:val="0"/>
          <w:color w:val="888888"/>
          <w:sz w:val="18"/>
        </w:rPr>
        <w:t>silentauction.org | Free Printable Template</w:t>
      </w:r>
    </w:p>
    <w:p>
      <w:pPr>
        <w:keepNext/>
        <w:spacing w:after="120" w:before="160"/>
      </w:pPr>
      <w:r>
        <w:rPr>
          <w:b/>
          <w:color w:val="1D7072"/>
          <w:sz w:val="18"/>
        </w:rPr>
        <w:t>MASTER VOLUNTEER SCHEDULE</w:t>
      </w:r>
    </w:p>
    <w:p>
      <w:pPr>
        <w:spacing w:after="120"/>
      </w:pPr>
      <w:r>
        <w:rPr>
          <w:b w:val="0"/>
          <w:sz w:val="20"/>
        </w:rPr>
        <w:t>Assign one row per shift. Number each assignment and use the detail page for duties, backup coverage, and handoff notes.</w:t>
      </w:r>
    </w:p>
    <w:p>
      <w:pPr>
        <w:spacing w:after="120"/>
      </w:pPr>
      <w:r>
        <w:rPr>
          <w:b w:val="0"/>
          <w:sz w:val="20"/>
        </w:rPr>
        <w:t>Event: ___________________________________   Date: __________________</w:t>
      </w:r>
    </w:p>
    <w:p>
      <w:pPr>
        <w:spacing w:after="120"/>
      </w:pPr>
      <w:r>
        <w:rPr>
          <w:b w:val="0"/>
          <w:sz w:val="20"/>
        </w:rPr>
        <w:t>Venue: ___________________________________________________________</w:t>
      </w:r>
    </w:p>
    <w:p>
      <w:pPr>
        <w:spacing w:after="120"/>
      </w:pPr>
      <w:r>
        <w:rPr>
          <w:b w:val="0"/>
          <w:sz w:val="20"/>
        </w:rPr>
        <w:t>Coordinator: _______________________   Phone: ________________________</w:t>
      </w:r>
    </w:p>
    <w:p>
      <w:pPr>
        <w:spacing w:after="120"/>
      </w:pPr>
      <w:r>
        <w:rPr>
          <w:b w:val="0"/>
          <w:sz w:val="18"/>
        </w:rPr>
        <w:t>Schedule updated: __________________   Sheet: ______ of ______</w:t>
      </w:r>
    </w:p>
    <w:p>
      <w:pPr>
        <w:keepNext/>
        <w:spacing w:after="120" w:before="160"/>
      </w:pPr>
      <w:r>
        <w:rPr>
          <w:b/>
          <w:color w:val="1D7072"/>
          <w:sz w:val="18"/>
        </w:rPr>
        <w:t>ASSIGNMENTS AND SHIFT COVERAGE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1"/>
        <w:gridCol w:w="2880"/>
        <w:gridCol w:w="2952"/>
        <w:gridCol w:w="1512"/>
        <w:gridCol w:w="2995"/>
      </w:tblGrid>
      <w:tr>
        <w:trPr>
          <w:trHeight w:val="518" w:hRule="atLeast"/>
          <w:cantSplit/>
          <w:tblHeader/>
        </w:trPr>
        <w:tc>
          <w:tcPr>
            <w:tcW w:type="dxa" w:w="461"/>
            <w:vAlign w:val="center"/>
            <w:shd w:fill="1D7072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2880"/>
            <w:vAlign w:val="center"/>
            <w:shd w:fill="1D7072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/>
                <w:color w:val="FFFFFF"/>
                <w:sz w:val="18"/>
              </w:rPr>
              <w:t>VOLUNTEER / CONTACT</w:t>
            </w:r>
          </w:p>
        </w:tc>
        <w:tc>
          <w:tcPr>
            <w:tcW w:type="dxa" w:w="2952"/>
            <w:vAlign w:val="center"/>
            <w:shd w:fill="1D7072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/>
                <w:color w:val="FFFFFF"/>
                <w:sz w:val="18"/>
              </w:rPr>
              <w:t>ROLE / STATION</w:t>
            </w:r>
          </w:p>
        </w:tc>
        <w:tc>
          <w:tcPr>
            <w:tcW w:type="dxa" w:w="1512"/>
            <w:vAlign w:val="center"/>
            <w:shd w:fill="1D7072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/>
                <w:color w:val="FFFFFF"/>
                <w:sz w:val="18"/>
              </w:rPr>
              <w:t>TIMES</w:t>
            </w:r>
          </w:p>
        </w:tc>
        <w:tc>
          <w:tcPr>
            <w:tcW w:type="dxa" w:w="2995"/>
            <w:vAlign w:val="center"/>
            <w:shd w:fill="1D7072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/>
                <w:color w:val="FFFFFF"/>
                <w:sz w:val="18"/>
              </w:rPr>
              <w:t>LEAD / STATUS</w:t>
            </w:r>
          </w:p>
        </w:tc>
      </w:tr>
      <w:tr>
        <w:trPr>
          <w:trHeight w:val="864" w:hRule="atLeast"/>
          <w:cantSplit/>
        </w:trPr>
        <w:tc>
          <w:tcPr>
            <w:tcW w:type="dxa" w:w="461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1</w:t>
            </w:r>
          </w:p>
        </w:tc>
        <w:tc>
          <w:tcPr>
            <w:tcW w:type="dxa" w:w="2880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Name:</w:t>
              <w:br/>
              <w:br/>
              <w:t>Contact:</w:t>
            </w:r>
          </w:p>
        </w:tc>
        <w:tc>
          <w:tcPr>
            <w:tcW w:type="dxa" w:w="2952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Role:</w:t>
              <w:br/>
              <w:br/>
              <w:t>Station:</w:t>
            </w:r>
          </w:p>
        </w:tc>
        <w:tc>
          <w:tcPr>
            <w:tcW w:type="dxa" w:w="1512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Arrive:</w:t>
              <w:br/>
              <w:t>Shift:</w:t>
              <w:br/>
              <w:t>to:</w:t>
            </w:r>
          </w:p>
        </w:tc>
        <w:tc>
          <w:tcPr>
            <w:tcW w:type="dxa" w:w="2995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Lead:</w:t>
              <w:br/>
              <w:t>Confirmed: ___</w:t>
              <w:br/>
              <w:t>Checked in: ___</w:t>
            </w:r>
          </w:p>
        </w:tc>
      </w:tr>
      <w:tr>
        <w:trPr>
          <w:trHeight w:val="864" w:hRule="atLeast"/>
          <w:cantSplit/>
        </w:trPr>
        <w:tc>
          <w:tcPr>
            <w:tcW w:type="dxa" w:w="461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2</w:t>
            </w:r>
          </w:p>
        </w:tc>
        <w:tc>
          <w:tcPr>
            <w:tcW w:type="dxa" w:w="2880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Name:</w:t>
              <w:br/>
              <w:br/>
              <w:t>Contact:</w:t>
            </w:r>
          </w:p>
        </w:tc>
        <w:tc>
          <w:tcPr>
            <w:tcW w:type="dxa" w:w="2952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Role:</w:t>
              <w:br/>
              <w:br/>
              <w:t>Station:</w:t>
            </w:r>
          </w:p>
        </w:tc>
        <w:tc>
          <w:tcPr>
            <w:tcW w:type="dxa" w:w="1512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Arrive:</w:t>
              <w:br/>
              <w:t>Shift:</w:t>
              <w:br/>
              <w:t>to:</w:t>
            </w:r>
          </w:p>
        </w:tc>
        <w:tc>
          <w:tcPr>
            <w:tcW w:type="dxa" w:w="2995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Lead:</w:t>
              <w:br/>
              <w:t>Confirmed: ___</w:t>
              <w:br/>
              <w:t>Checked in: ___</w:t>
            </w:r>
          </w:p>
        </w:tc>
      </w:tr>
      <w:tr>
        <w:trPr>
          <w:trHeight w:val="864" w:hRule="atLeast"/>
          <w:cantSplit/>
        </w:trPr>
        <w:tc>
          <w:tcPr>
            <w:tcW w:type="dxa" w:w="461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3</w:t>
            </w:r>
          </w:p>
        </w:tc>
        <w:tc>
          <w:tcPr>
            <w:tcW w:type="dxa" w:w="2880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Name:</w:t>
              <w:br/>
              <w:br/>
              <w:t>Contact:</w:t>
            </w:r>
          </w:p>
        </w:tc>
        <w:tc>
          <w:tcPr>
            <w:tcW w:type="dxa" w:w="2952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Role:</w:t>
              <w:br/>
              <w:br/>
              <w:t>Station:</w:t>
            </w:r>
          </w:p>
        </w:tc>
        <w:tc>
          <w:tcPr>
            <w:tcW w:type="dxa" w:w="1512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Arrive:</w:t>
              <w:br/>
              <w:t>Shift:</w:t>
              <w:br/>
              <w:t>to:</w:t>
            </w:r>
          </w:p>
        </w:tc>
        <w:tc>
          <w:tcPr>
            <w:tcW w:type="dxa" w:w="2995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Lead:</w:t>
              <w:br/>
              <w:t>Confirmed: ___</w:t>
              <w:br/>
              <w:t>Checked in: ___</w:t>
            </w:r>
          </w:p>
        </w:tc>
      </w:tr>
      <w:tr>
        <w:trPr>
          <w:trHeight w:val="864" w:hRule="atLeast"/>
          <w:cantSplit/>
        </w:trPr>
        <w:tc>
          <w:tcPr>
            <w:tcW w:type="dxa" w:w="461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4</w:t>
            </w:r>
          </w:p>
        </w:tc>
        <w:tc>
          <w:tcPr>
            <w:tcW w:type="dxa" w:w="2880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Name:</w:t>
              <w:br/>
              <w:br/>
              <w:t>Contact:</w:t>
            </w:r>
          </w:p>
        </w:tc>
        <w:tc>
          <w:tcPr>
            <w:tcW w:type="dxa" w:w="2952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Role:</w:t>
              <w:br/>
              <w:br/>
              <w:t>Station:</w:t>
            </w:r>
          </w:p>
        </w:tc>
        <w:tc>
          <w:tcPr>
            <w:tcW w:type="dxa" w:w="1512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Arrive:</w:t>
              <w:br/>
              <w:t>Shift:</w:t>
              <w:br/>
              <w:t>to:</w:t>
            </w:r>
          </w:p>
        </w:tc>
        <w:tc>
          <w:tcPr>
            <w:tcW w:type="dxa" w:w="2995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Lead:</w:t>
              <w:br/>
              <w:t>Confirmed: ___</w:t>
              <w:br/>
              <w:t>Checked in: ___</w:t>
            </w:r>
          </w:p>
        </w:tc>
      </w:tr>
      <w:tr>
        <w:trPr>
          <w:trHeight w:val="864" w:hRule="atLeast"/>
          <w:cantSplit/>
        </w:trPr>
        <w:tc>
          <w:tcPr>
            <w:tcW w:type="dxa" w:w="461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5</w:t>
            </w:r>
          </w:p>
        </w:tc>
        <w:tc>
          <w:tcPr>
            <w:tcW w:type="dxa" w:w="2880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Name:</w:t>
              <w:br/>
              <w:br/>
              <w:t>Contact:</w:t>
            </w:r>
          </w:p>
        </w:tc>
        <w:tc>
          <w:tcPr>
            <w:tcW w:type="dxa" w:w="2952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Role:</w:t>
              <w:br/>
              <w:br/>
              <w:t>Station:</w:t>
            </w:r>
          </w:p>
        </w:tc>
        <w:tc>
          <w:tcPr>
            <w:tcW w:type="dxa" w:w="1512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Arrive:</w:t>
              <w:br/>
              <w:t>Shift:</w:t>
              <w:br/>
              <w:t>to:</w:t>
            </w:r>
          </w:p>
        </w:tc>
        <w:tc>
          <w:tcPr>
            <w:tcW w:type="dxa" w:w="2995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Lead:</w:t>
              <w:br/>
              <w:t>Confirmed: ___</w:t>
              <w:br/>
              <w:t>Checked in: ___</w:t>
            </w:r>
          </w:p>
        </w:tc>
      </w:tr>
      <w:tr>
        <w:trPr>
          <w:trHeight w:val="864" w:hRule="atLeast"/>
          <w:cantSplit/>
        </w:trPr>
        <w:tc>
          <w:tcPr>
            <w:tcW w:type="dxa" w:w="461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6</w:t>
            </w:r>
          </w:p>
        </w:tc>
        <w:tc>
          <w:tcPr>
            <w:tcW w:type="dxa" w:w="2880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Name:</w:t>
              <w:br/>
              <w:br/>
              <w:t>Contact:</w:t>
            </w:r>
          </w:p>
        </w:tc>
        <w:tc>
          <w:tcPr>
            <w:tcW w:type="dxa" w:w="2952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Role:</w:t>
              <w:br/>
              <w:br/>
              <w:t>Station:</w:t>
            </w:r>
          </w:p>
        </w:tc>
        <w:tc>
          <w:tcPr>
            <w:tcW w:type="dxa" w:w="1512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Arrive:</w:t>
              <w:br/>
              <w:t>Shift:</w:t>
              <w:br/>
              <w:t>to:</w:t>
            </w:r>
          </w:p>
        </w:tc>
        <w:tc>
          <w:tcPr>
            <w:tcW w:type="dxa" w:w="2995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  <w:t>Lead:</w:t>
              <w:br/>
              <w:t>Confirmed: ___</w:t>
              <w:br/>
              <w:t>Checked in: ___</w:t>
            </w:r>
          </w:p>
        </w:tc>
      </w:tr>
    </w:tbl>
    <w:p>
      <w:pPr>
        <w:keepNext/>
        <w:spacing w:after="120" w:before="160"/>
      </w:pPr>
      <w:r>
        <w:rPr>
          <w:b/>
          <w:color w:val="1D7072"/>
          <w:sz w:val="18"/>
        </w:rPr>
        <w:t>FINAL COVERAGE CHECK</w:t>
      </w:r>
    </w:p>
    <w:p>
      <w:pPr>
        <w:spacing w:after="120"/>
      </w:pPr>
      <w:r>
        <w:rPr>
          <w:b w:val="0"/>
          <w:sz w:val="18"/>
        </w:rPr>
        <w:t>Confirm coverage for setup, registration, auction floor, closing, checkout, item pickup, and cleanup. Check for overlapping shifts and arrange breaks or relief.</w:t>
      </w:r>
    </w:p>
    <w:p>
      <w:pPr>
        <w:spacing w:after="120"/>
      </w:pPr>
      <w:r>
        <w:rPr>
          <w:b w:val="0"/>
          <w:sz w:val="20"/>
        </w:rPr>
        <w:t>Open assignments / changes: __________________________________________</w:t>
        <w:br/>
        <w:t>___________________________________________________________________</w:t>
      </w:r>
    </w:p>
    <w:p>
      <w:pPr>
        <w:spacing w:after="120"/>
      </w:pPr>
      <w:r>
        <w:rPr>
          <w:b w:val="0"/>
          <w:color w:val="1D7072"/>
          <w:sz w:val="18"/>
        </w:rPr>
        <w:t>Coordinator copy: keep personal contact details within your event team.</w:t>
      </w:r>
    </w:p>
    <w:p>
      <w:r>
        <w:br w:type="page"/>
      </w:r>
    </w:p>
    <w:p>
      <w:pPr>
        <w:pStyle w:val="Title"/>
      </w:pPr>
      <w:r>
        <w:t>VOLUNTEER ASSIGNMENT WORKSHEET</w:t>
      </w:r>
    </w:p>
    <w:p>
      <w:pPr>
        <w:spacing w:after="120"/>
      </w:pPr>
      <w:r>
        <w:rPr>
          <w:b w:val="0"/>
          <w:color w:val="888888"/>
          <w:sz w:val="18"/>
        </w:rPr>
        <w:t>silentauction.org | Free Printable Template</w:t>
      </w:r>
    </w:p>
    <w:p>
      <w:pPr>
        <w:keepNext/>
        <w:spacing w:after="120" w:before="160"/>
      </w:pPr>
      <w:r>
        <w:rPr>
          <w:b/>
          <w:color w:val="1D7072"/>
          <w:sz w:val="18"/>
        </w:rPr>
        <w:t>ASSIGNMENT DETAILS AND HANDOFF NOTES</w:t>
      </w:r>
    </w:p>
    <w:p>
      <w:pPr>
        <w:spacing w:after="120"/>
      </w:pPr>
      <w:r>
        <w:rPr>
          <w:b w:val="0"/>
          <w:sz w:val="20"/>
        </w:rPr>
        <w:t>Use the same assignment ID as the master schedule. Copy this page as needed and share each volunteer’s instructions before the event.</w:t>
      </w:r>
    </w:p>
    <w:p>
      <w:pPr>
        <w:spacing w:after="120"/>
      </w:pPr>
      <w:r>
        <w:rPr>
          <w:b w:val="0"/>
          <w:sz w:val="20"/>
        </w:rPr>
        <w:t>Event: ___________________________________   Date: __________________</w:t>
      </w:r>
    </w:p>
    <w:p>
      <w:pPr>
        <w:keepNext/>
        <w:spacing w:after="120" w:before="160"/>
      </w:pPr>
      <w:r>
        <w:rPr>
          <w:b/>
          <w:color w:val="1D7072"/>
          <w:sz w:val="18"/>
        </w:rPr>
        <w:t>ASSIGNMENT BRIEF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920"/>
      </w:tblGrid>
      <w:tr>
        <w:trPr>
          <w:trHeight w:val="446" w:hRule="atLeast"/>
          <w:cantSplit/>
          <w:tblHeader/>
        </w:trPr>
        <w:tc>
          <w:tcPr>
            <w:tcW w:type="dxa" w:w="2880"/>
            <w:vAlign w:val="center"/>
            <w:shd w:fill="1D7072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/>
                <w:color w:val="FFFFFF"/>
                <w:sz w:val="18"/>
              </w:rPr>
              <w:t>ASSIGNMENT ID: ______</w:t>
            </w:r>
          </w:p>
        </w:tc>
        <w:tc>
          <w:tcPr>
            <w:tcW w:type="dxa" w:w="7920"/>
            <w:vAlign w:val="center"/>
            <w:shd w:fill="1D7072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/>
                <w:color w:val="FFFFFF"/>
                <w:sz w:val="18"/>
              </w:rPr>
              <w:t>VOLUNTEER: ______________________________</w:t>
            </w:r>
          </w:p>
        </w:tc>
      </w:tr>
      <w:tr>
        <w:trPr>
          <w:trHeight w:val="446" w:hRule="atLeast"/>
          <w:cantSplit/>
        </w:trPr>
        <w:tc>
          <w:tcPr>
            <w:tcW w:type="dxa" w:w="2880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F3F3"/>
          </w:tcPr>
          <w:p>
            <w:pPr>
              <w:spacing w:after="0" w:before="0"/>
            </w:pPr>
            <w:r>
              <w:rPr>
                <w:b/>
                <w:color w:val="1D7072"/>
                <w:sz w:val="18"/>
              </w:rPr>
              <w:t>Role / station</w:t>
            </w:r>
          </w:p>
        </w:tc>
        <w:tc>
          <w:tcPr>
            <w:tcW w:type="dxa" w:w="7920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</w:r>
          </w:p>
        </w:tc>
      </w:tr>
      <w:tr>
        <w:trPr>
          <w:trHeight w:val="446" w:hRule="atLeast"/>
          <w:cantSplit/>
        </w:trPr>
        <w:tc>
          <w:tcPr>
            <w:tcW w:type="dxa" w:w="2880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F3F3"/>
          </w:tcPr>
          <w:p>
            <w:pPr>
              <w:spacing w:after="0" w:before="0"/>
            </w:pPr>
            <w:r>
              <w:rPr>
                <w:b/>
                <w:color w:val="1D7072"/>
                <w:sz w:val="18"/>
              </w:rPr>
              <w:t>Team lead / contact</w:t>
            </w:r>
          </w:p>
        </w:tc>
        <w:tc>
          <w:tcPr>
            <w:tcW w:type="dxa" w:w="7920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</w:r>
          </w:p>
        </w:tc>
      </w:tr>
      <w:tr>
        <w:trPr>
          <w:trHeight w:val="1080" w:hRule="atLeast"/>
          <w:cantSplit/>
        </w:trPr>
        <w:tc>
          <w:tcPr>
            <w:tcW w:type="dxa" w:w="2880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F3F3"/>
          </w:tcPr>
          <w:p>
            <w:pPr>
              <w:spacing w:after="0" w:before="0"/>
            </w:pPr>
            <w:r>
              <w:rPr>
                <w:b/>
                <w:color w:val="1D7072"/>
                <w:sz w:val="18"/>
              </w:rPr>
              <w:t>Responsibilities</w:t>
            </w:r>
          </w:p>
        </w:tc>
        <w:tc>
          <w:tcPr>
            <w:tcW w:type="dxa" w:w="7920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</w:r>
          </w:p>
        </w:tc>
      </w:tr>
      <w:tr>
        <w:trPr>
          <w:trHeight w:val="446" w:hRule="atLeast"/>
          <w:cantSplit/>
        </w:trPr>
        <w:tc>
          <w:tcPr>
            <w:tcW w:type="dxa" w:w="2880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F3F3"/>
          </w:tcPr>
          <w:p>
            <w:pPr>
              <w:spacing w:after="0" w:before="0"/>
            </w:pPr>
            <w:r>
              <w:rPr>
                <w:b/>
                <w:color w:val="1D7072"/>
                <w:sz w:val="18"/>
              </w:rPr>
              <w:t>Backup / relief coverage</w:t>
            </w:r>
          </w:p>
        </w:tc>
        <w:tc>
          <w:tcPr>
            <w:tcW w:type="dxa" w:w="7920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</w:r>
          </w:p>
        </w:tc>
      </w:tr>
      <w:tr>
        <w:trPr>
          <w:trHeight w:val="1080" w:hRule="atLeast"/>
          <w:cantSplit/>
        </w:trPr>
        <w:tc>
          <w:tcPr>
            <w:tcW w:type="dxa" w:w="2880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F3F3"/>
          </w:tcPr>
          <w:p>
            <w:pPr>
              <w:spacing w:after="0" w:before="0"/>
            </w:pPr>
            <w:r>
              <w:rPr>
                <w:b/>
                <w:color w:val="1D7072"/>
                <w:sz w:val="18"/>
              </w:rPr>
              <w:t>Handoff notes</w:t>
            </w:r>
          </w:p>
        </w:tc>
        <w:tc>
          <w:tcPr>
            <w:tcW w:type="dxa" w:w="7920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</w:r>
          </w:p>
        </w:tc>
      </w:tr>
    </w:tbl>
    <w:p>
      <w:pPr>
        <w:keepNext/>
        <w:spacing w:after="120" w:before="160"/>
      </w:pPr>
      <w:r>
        <w:rPr>
          <w:b/>
          <w:color w:val="1D7072"/>
          <w:sz w:val="18"/>
        </w:rPr>
        <w:t>ASSIGNMENT BRIEF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920"/>
      </w:tblGrid>
      <w:tr>
        <w:trPr>
          <w:trHeight w:val="446" w:hRule="atLeast"/>
          <w:cantSplit/>
          <w:tblHeader/>
        </w:trPr>
        <w:tc>
          <w:tcPr>
            <w:tcW w:type="dxa" w:w="2880"/>
            <w:vAlign w:val="center"/>
            <w:shd w:fill="1D7072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/>
                <w:color w:val="FFFFFF"/>
                <w:sz w:val="18"/>
              </w:rPr>
              <w:t>ASSIGNMENT ID: ______</w:t>
            </w:r>
          </w:p>
        </w:tc>
        <w:tc>
          <w:tcPr>
            <w:tcW w:type="dxa" w:w="7920"/>
            <w:vAlign w:val="center"/>
            <w:shd w:fill="1D7072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/>
                <w:color w:val="FFFFFF"/>
                <w:sz w:val="18"/>
              </w:rPr>
              <w:t>VOLUNTEER: ______________________________</w:t>
            </w:r>
          </w:p>
        </w:tc>
      </w:tr>
      <w:tr>
        <w:trPr>
          <w:trHeight w:val="446" w:hRule="atLeast"/>
          <w:cantSplit/>
        </w:trPr>
        <w:tc>
          <w:tcPr>
            <w:tcW w:type="dxa" w:w="2880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F3F3"/>
          </w:tcPr>
          <w:p>
            <w:pPr>
              <w:spacing w:after="0" w:before="0"/>
            </w:pPr>
            <w:r>
              <w:rPr>
                <w:b/>
                <w:color w:val="1D7072"/>
                <w:sz w:val="18"/>
              </w:rPr>
              <w:t>Role / station</w:t>
            </w:r>
          </w:p>
        </w:tc>
        <w:tc>
          <w:tcPr>
            <w:tcW w:type="dxa" w:w="7920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</w:r>
          </w:p>
        </w:tc>
      </w:tr>
      <w:tr>
        <w:trPr>
          <w:trHeight w:val="446" w:hRule="atLeast"/>
          <w:cantSplit/>
        </w:trPr>
        <w:tc>
          <w:tcPr>
            <w:tcW w:type="dxa" w:w="2880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F3F3"/>
          </w:tcPr>
          <w:p>
            <w:pPr>
              <w:spacing w:after="0" w:before="0"/>
            </w:pPr>
            <w:r>
              <w:rPr>
                <w:b/>
                <w:color w:val="1D7072"/>
                <w:sz w:val="18"/>
              </w:rPr>
              <w:t>Team lead / contact</w:t>
            </w:r>
          </w:p>
        </w:tc>
        <w:tc>
          <w:tcPr>
            <w:tcW w:type="dxa" w:w="7920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</w:r>
          </w:p>
        </w:tc>
      </w:tr>
      <w:tr>
        <w:trPr>
          <w:trHeight w:val="1080" w:hRule="atLeast"/>
          <w:cantSplit/>
        </w:trPr>
        <w:tc>
          <w:tcPr>
            <w:tcW w:type="dxa" w:w="2880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F3F3"/>
          </w:tcPr>
          <w:p>
            <w:pPr>
              <w:spacing w:after="0" w:before="0"/>
            </w:pPr>
            <w:r>
              <w:rPr>
                <w:b/>
                <w:color w:val="1D7072"/>
                <w:sz w:val="18"/>
              </w:rPr>
              <w:t>Responsibilities</w:t>
            </w:r>
          </w:p>
        </w:tc>
        <w:tc>
          <w:tcPr>
            <w:tcW w:type="dxa" w:w="7920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</w:r>
          </w:p>
        </w:tc>
      </w:tr>
      <w:tr>
        <w:trPr>
          <w:trHeight w:val="446" w:hRule="atLeast"/>
          <w:cantSplit/>
        </w:trPr>
        <w:tc>
          <w:tcPr>
            <w:tcW w:type="dxa" w:w="2880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F3F3"/>
          </w:tcPr>
          <w:p>
            <w:pPr>
              <w:spacing w:after="0" w:before="0"/>
            </w:pPr>
            <w:r>
              <w:rPr>
                <w:b/>
                <w:color w:val="1D7072"/>
                <w:sz w:val="18"/>
              </w:rPr>
              <w:t>Backup / relief coverage</w:t>
            </w:r>
          </w:p>
        </w:tc>
        <w:tc>
          <w:tcPr>
            <w:tcW w:type="dxa" w:w="7920"/>
            <w:vAlign w:val="center"/>
            <w:shd w:fill="F5F5F5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</w:r>
          </w:p>
        </w:tc>
      </w:tr>
      <w:tr>
        <w:trPr>
          <w:trHeight w:val="1080" w:hRule="atLeast"/>
          <w:cantSplit/>
        </w:trPr>
        <w:tc>
          <w:tcPr>
            <w:tcW w:type="dxa" w:w="2880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F3F3"/>
          </w:tcPr>
          <w:p>
            <w:pPr>
              <w:spacing w:after="0" w:before="0"/>
            </w:pPr>
            <w:r>
              <w:rPr>
                <w:b/>
                <w:color w:val="1D7072"/>
                <w:sz w:val="18"/>
              </w:rPr>
              <w:t>Handoff notes</w:t>
            </w:r>
          </w:p>
        </w:tc>
        <w:tc>
          <w:tcPr>
            <w:tcW w:type="dxa" w:w="7920"/>
            <w:vAlign w:val="center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/>
            </w:pPr>
            <w:r>
              <w:rPr>
                <w:b w:val="0"/>
                <w:color w:val="555555"/>
                <w:sz w:val="18"/>
              </w:rPr>
            </w:r>
          </w:p>
        </w:tc>
      </w:tr>
    </w:tbl>
    <w:p>
      <w:pPr>
        <w:spacing w:after="120"/>
      </w:pPr>
      <w:r>
        <w:rPr>
          <w:b w:val="0"/>
          <w:color w:val="1D7072"/>
          <w:sz w:val="18"/>
        </w:rPr>
        <w:t>Before leaving: update your team lead and confirm who is taking over any unfinished tasks.</w:t>
      </w:r>
    </w:p>
    <w:sectPr w:rsidR="00FC693F" w:rsidRPr="0006063C" w:rsidSect="00034616">
      <w:footerReference w:type="default" r:id="rId9"/>
      <w:pgSz w:w="12240" w:h="15840"/>
      <w:pgMar w:top="792" w:right="720" w:bottom="792" w:left="72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 xml:space="preserve">Downloaded free from silentauction.org | Customize and reprint as needed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D707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D707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D7072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